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Das eigene Wissen für Website Inhalte sammeln</w:t>
      </w:r>
    </w:p>
    <w:p>
      <w:r>
        <w:t>Ein Leitfaden für Hotels und Destinationen | Manuela Machner | KiNET.ai</w:t>
      </w:r>
    </w:p>
    <w:p>
      <w:r>
        <w:t>Ist dir bewusst, wie viel du über dein Haus oder eure Region weißt? Du erklärst es Gästen, beantwortest Mails und gibst persönliche Tipps. In diesem Leitfaden sammelst du dieses Wissen zu einem Thema und machst daraus eine Grundlage für euren nächsten Text.</w:t>
      </w:r>
    </w:p>
    <w:p>
      <w:pPr>
        <w:pStyle w:val="Heading2"/>
      </w:pPr>
      <w:r>
        <w:t>Womit du beginnst</w:t>
      </w:r>
    </w:p>
    <w:p>
      <w:r>
        <w:t>Wähle ein konkretes Thema und eine Gästegruppe. „Wandern“ ist für den Einstieg sehr breit. „Eine kurze Wanderung mit Aussicht für Gäste mit wenig Zeit“ gibt euch eine klare Richtung. Im Hotel kann das Thema „Anreise ohne Auto mit Gepäck“ sein.</w:t>
      </w:r>
    </w:p>
    <w:p>
      <w:r>
        <w:t>Schreibe die Entscheidung auf, bei der ihr helfen wollt: Was soll jemand nach dem Lesen wissen oder planen können?</w:t>
      </w:r>
    </w:p>
    <w:p>
      <w:pPr>
        <w:pStyle w:val="Heading2"/>
      </w:pPr>
      <w:r>
        <w:t>Eine gemeinsame Runde im Team</w:t>
      </w:r>
    </w:p>
    <w:p>
      <w:r>
        <w:t>Plane für den Einstieg etwa 45 Minuten mit zwei bis vier KollegInnen. Hol Menschen dazu, die Gästefragen beantworten oder das Thema aus eigener Arbeit kennen. Im Hotel können das Rezeption, Reservierung oder Frühstücksteam sein; in der Destination Touristinformation und regionale PartnerInnen.</w:t>
      </w:r>
    </w:p>
    <w:p>
      <w:r>
        <w:t>Vor der Runde sammelt jede Person ein paar Fragen oder Rückmeldungen zum gewählten Thema. Nutzt Beispiele aus dem Alltag und schreibt die Frage so auf, wie Gäste sie stellen. Aus E-Mails genügen die Fragen ohne Namen und Kontaktdaten.</w:t>
      </w:r>
    </w:p>
    <w:p>
      <w:pPr>
        <w:pStyle w:val="Heading2"/>
      </w:pPr>
      <w:r>
        <w:t>Was am Ende vorliegt</w:t>
      </w:r>
    </w:p>
    <w:p>
      <w:r>
        <w:t>Ihr habt eine wichtigste Gästefrage, konkrete Antworten, ausgewählte persönliche Tipps und eine Liste der noch zu klärenden Punkte. Diese Sammlung gibt ihr später an die KI.</w:t>
      </w:r>
    </w:p>
    <w:p>
      <w:r>
        <w:t>Für ein erstes Ergebnis reichen drei hilfreiche Details. Entscheidend ist, dass sie etwas über euer Haus oder eure Region aussagen und dem Gast beim Planen helfen.</w:t>
      </w:r>
    </w:p>
    <w:p>
      <w:pPr>
        <w:pStyle w:val="Heading2"/>
      </w:pPr>
      <w:r>
        <w:t>Die Leitfrage</w:t>
      </w:r>
    </w:p>
    <w:p>
      <w:r>
        <w:t>Welche Information können wir aus unserer Erfahrung beitragen, die eine KI ohne unsere Angaben nicht über unser Haus oder unsere Region kennen kann?</w:t>
      </w:r>
    </w:p>
    <w:p>
      <w:r>
        <w:br w:type="page"/>
      </w:r>
    </w:p>
    <w:p>
      <w:pPr>
        <w:pStyle w:val="Heading1"/>
      </w:pPr>
      <w:r>
        <w:t>Gästefragen und Rückmeldungen finden</w:t>
      </w:r>
    </w:p>
    <w:p>
      <w:pPr>
        <w:pStyle w:val="Heading2"/>
      </w:pPr>
      <w:r>
        <w:t>An Rezeption und Touristinformation</w:t>
      </w:r>
    </w:p>
    <w:p>
      <w:r>
        <w:t>Fragt zum gewählten Thema: Was wird immer wieder gefragt? Welche Antwort braucht eine längere Erklärung? Was zeigt ihr auf der Karte oder am Handy? Welchen Tipp geben KollegInnen ungefragt, weil er den Aufenthalt erleichtert?</w:t>
      </w:r>
    </w:p>
    <w:p>
      <w:r>
        <w:t>Schreibt möglichst konkrete Fragen auf: „Wie komme ich vom Bahnhof mit meinen Koffern zu euch?“ liefert mehr als das Stichwort „Anreise“.</w:t>
      </w:r>
    </w:p>
    <w:p>
      <w:pPr>
        <w:pStyle w:val="Heading2"/>
      </w:pPr>
      <w:r>
        <w:t>In E Mails und Nachrichten</w:t>
      </w:r>
    </w:p>
    <w:p>
      <w:r>
        <w:t>Nehmt einen überschaubaren Zeitraum, etwa die letzten vier Wochen oder die entsprechende Saison. Sammelt Fragen zu genau diesem Thema. Achtet auch auf Nachfragen: Was war nach eurer ersten Antwort noch unklar?</w:t>
      </w:r>
    </w:p>
    <w:p>
      <w:r>
        <w:t>Die geschriebenen Antworten zeigen oft, welches Wissen ihr bereits habt. Welche Erklärung aus einer guten Antwort könnte mehreren Gästen helfen?</w:t>
      </w:r>
    </w:p>
    <w:p>
      <w:pPr>
        <w:pStyle w:val="Heading2"/>
      </w:pPr>
      <w:r>
        <w:t>In Gästerückmeldungen</w:t>
      </w:r>
    </w:p>
    <w:p>
      <w:r>
        <w:t>Schaut auf Bewertungen, Feedbackbögen und Gespräche beim Abschied. Notiert besonders: „Das hätten wir gern vorher gewusst“, „Gut, dass du uns das gesagt hast“ und „Dieser Tipp war das Beste an unserem Ausflug“.</w:t>
      </w:r>
    </w:p>
    <w:p>
      <w:r>
        <w:t>Fragt auch, was hinter einem allgemeinen Lob steckt. „Das Frühstück war super“ wird für die Wissenssammlung interessant, wenn ihr erfahrt, welches Angebot oder welcher Ablauf für diesen Gast hilfreich war.</w:t>
      </w:r>
    </w:p>
    <w:p>
      <w:pPr>
        <w:pStyle w:val="Heading2"/>
      </w:pPr>
      <w:r>
        <w:t>Bei den KollegInnen</w:t>
      </w:r>
    </w:p>
    <w:p>
      <w:r>
        <w:t>Was weiß jemand aus Küche, Service, Reservierung, Gästebetreuung oder Wegbetreuung? Was erklärt diese Person ständig? Welche Lösung hat sich bei einer wiederkehrenden Frage bewährt?</w:t>
      </w:r>
    </w:p>
    <w:p>
      <w:r>
        <w:t>Oft taucht das beste Detail erst auf, wenn jemand sagt: „Das weiß doch eh jeder.“ Fragt dann nach: Weiß das auch ein Gast beim ersten Besuch?</w:t>
      </w:r>
    </w:p>
    <w:p>
      <w:pPr>
        <w:pStyle w:val="Heading2"/>
      </w:pPr>
      <w:r>
        <w:t>Fundstücke festhalten</w:t>
      </w:r>
    </w:p>
    <w:p>
      <w:r>
        <w:t>Notiert die Gästefrage oder Rückmeldung, eure konkrete Antwort und den Zusammenhang: Für welche Gästegruppe gilt sie? In welcher Saison? Wer kann die Information bestätigen?</w:t>
      </w:r>
    </w:p>
    <w:p>
      <w:r>
        <w:t>Eine Gästemeinung ist zunächst eine Erfahrung dieser Person. Prüft im Team, ob daraus ein allgemeiner Hinweis, eine Empfehlung für bestimmte Vorlieben oder eine konkrete Betriebsinformation wird.</w:t>
      </w:r>
    </w:p>
    <w:p>
      <w:r>
        <w:br w:type="page"/>
      </w:r>
    </w:p>
    <w:p>
      <w:pPr>
        <w:pStyle w:val="Heading1"/>
      </w:pPr>
      <w:r>
        <w:t>Das Wissen im Team sichtbar machen</w:t>
      </w:r>
    </w:p>
    <w:p>
      <w:pPr>
        <w:pStyle w:val="Heading2"/>
      </w:pPr>
      <w:r>
        <w:t>Fragen für das gemeinsame Gespräch</w:t>
      </w:r>
    </w:p>
    <w:p>
      <w:r>
        <w:t>1. Welche drei Fragen hören wir zu diesem Thema am häufigsten?</w:t>
        <w:br/>
        <w:t>2. Was erklären wir ErstbesucherInnen, das Stammgäste schon wissen?</w:t>
        <w:br/>
        <w:t>3. Welchen Tipp geben wir persönlich, der auf der Website noch fehlt?</w:t>
        <w:br/>
        <w:t>4. Was überrascht Gäste positiv? Warum ist genau das hilfreich?</w:t>
        <w:br/>
        <w:t>5. Welche Variante empfehlen wir bei wenig Zeit, viel Gepäck oder einer bestimmten Vorliebe?</w:t>
        <w:br/>
        <w:t>6. Welche kleine Orientierungshilfe macht einen Ablauf einfacher?</w:t>
        <w:br/>
        <w:t>7. Was halten wir selbst für selbstverständlich?</w:t>
        <w:br/>
        <w:t>8. Welche Tipps möchten wir öffentlich weitergeben?</w:t>
      </w:r>
    </w:p>
    <w:p>
      <w:pPr>
        <w:pStyle w:val="Heading2"/>
      </w:pPr>
      <w:r>
        <w:t>So fragst du nach einem brauchbaren Detail</w:t>
      </w:r>
    </w:p>
    <w:p>
      <w:r>
        <w:t>Wenn jemand „Wir haben einen tollen Ausblick“ sagt, frage: Von wo genau? Zu welcher Tageszeit? Wie findet ein Gast den Platz? Für welche Runde passt der Abstecher?</w:t>
      </w:r>
    </w:p>
    <w:p>
      <w:r>
        <w:t>Wenn jemand „Die Anreise ist unkompliziert“ sagt, frage: Welche Strecke empfehlen wir mit Koffern? Welchen Eingang soll jemand nutzen? Wie funktioniert die Abholung? Was muss der Gast vorher tun?</w:t>
      </w:r>
    </w:p>
    <w:p>
      <w:pPr>
        <w:pStyle w:val="Heading2"/>
      </w:pPr>
      <w:r>
        <w:t>Themenideen für ein Hotel</w:t>
      </w:r>
    </w:p>
    <w:p>
      <w:r>
        <w:t>Anreise: Weg vom Bahnhof, Orientierung am Eingang, Abholung und Ankunft am Abend.</w:t>
        <w:br/>
        <w:t>Zimmerwahl: konkrete Unterschiede zwischen Zimmerlagen und Vorlieben von Gästen.</w:t>
        <w:br/>
        <w:t>Frühstück: Möglichkeiten vor einem frühen Ausflug und Hinweise, die Gäste vorher brauchen.</w:t>
        <w:br/>
        <w:t>Aufenthalt: praktische Abläufe, persönliche Ausflugstipps und Empfehlungen des Teams.</w:t>
      </w:r>
    </w:p>
    <w:p>
      <w:pPr>
        <w:pStyle w:val="Heading2"/>
      </w:pPr>
      <w:r>
        <w:t>Themenideen für eine Destination</w:t>
      </w:r>
    </w:p>
    <w:p>
      <w:r>
        <w:t>Wanderung: Aussichtsplatz, geeigneter Einstieg, kleine Abstecher und beschilderte kürzere Varianten.</w:t>
        <w:br/>
        <w:t>Tagesausflug: sinnvolle Reihenfolge der Stopps und Tipps aus der Touristinformation.</w:t>
        <w:br/>
        <w:t>Anreise vor Ort: welcher Einstiegspunkt sich mit öffentlichen Verkehrsmitteln gut verbindet.</w:t>
        <w:br/>
        <w:t>Jahreszeit: was KollegInnen aus ihrer Erfahrung zu einer bestimmten Saison empfehlen.</w:t>
      </w:r>
    </w:p>
    <w:p>
      <w:pPr>
        <w:pStyle w:val="Heading2"/>
      </w:pPr>
      <w:r>
        <w:t>Eure Auswahl</w:t>
      </w:r>
    </w:p>
    <w:p>
      <w:r>
        <w:t>Wählt bewusst die Tipps aus, die ihr Gästen weitergeben möchtet. Ein veröffentlichter Hinweis soll nutzbar und auffindbar sein. Bei Wegen klärt ihr die Empfehlung mit aktuellen Karten und den zuständigen Stellen.</w:t>
      </w:r>
    </w:p>
    <w:p>
      <w:r>
        <w:br w:type="page"/>
      </w:r>
    </w:p>
    <w:p>
      <w:pPr>
        <w:pStyle w:val="Heading1"/>
      </w:pPr>
      <w:r>
        <w:t>Aus Fundstücken hilfreiche Informationen machen</w:t>
      </w:r>
    </w:p>
    <w:p>
      <w:pPr>
        <w:pStyle w:val="Heading2"/>
      </w:pPr>
      <w:r>
        <w:t>Prüft den Nutzen für eine konkrete Gästefrage</w:t>
      </w:r>
    </w:p>
    <w:p>
      <w:r>
        <w:t>Nehmt jedes Fundstück und fragt: Was kann ein Gast mit dieser Information entscheiden oder besser planen? Ein Tipp wird besonders nützlich, wenn er zu einer klaren Situation passt.</w:t>
      </w:r>
    </w:p>
    <w:p>
      <w:r>
        <w:t>„Toller Blick“ ist eine Beschreibung. „Die Bank nach dem Brunnen liegt am Vormittag mit Blick auf den beleuchteten See“ ist eine konkrete Empfehlung für eine Pause oder ein Foto.</w:t>
      </w:r>
    </w:p>
    <w:p>
      <w:pPr>
        <w:pStyle w:val="Heading2"/>
      </w:pPr>
      <w:r>
        <w:t>Macht den Bezug zu eurem Haus oder eurer Region deutlich</w:t>
      </w:r>
    </w:p>
    <w:p>
      <w:r>
        <w:t>Ergänzt Ort, Ablauf oder Anlass. Was ist bei euch genau gemeint? Ein guter Hinweis bleibt auch dann verständlich, wenn der Gast den Ort zum ersten Mal besucht.</w:t>
      </w:r>
    </w:p>
    <w:p>
      <w:r>
        <w:t>Fragt euch: Könnte man den Haus- oder Regionsnamen im Text einfach austauschen? Wenn ja, fehlt wahrscheinlich noch ein konkretes Detail.</w:t>
      </w:r>
    </w:p>
    <w:p>
      <w:pPr>
        <w:pStyle w:val="Heading2"/>
      </w:pPr>
      <w:r>
        <w:t>Klärt offene Angaben</w:t>
      </w:r>
    </w:p>
    <w:p>
      <w:r>
        <w:t>Haltet bei veränderlichen Informationen fest, wer sie bestätigt und wann ihr sie zuletzt geprüft habt. Für Betriebsabläufe ist das die zuständige Person im Haus; für Wege oder regionale Angebote die passende aktuelle Quelle.</w:t>
      </w:r>
    </w:p>
    <w:p>
      <w:r>
        <w:t>Wenn etwas noch offen ist, bleibt es als Frage in der Sammlung. So weiß das Team, welche Auskunft vor dem Schreibauftrag noch gebraucht wird.</w:t>
      </w:r>
    </w:p>
    <w:p>
      <w:pPr>
        <w:pStyle w:val="Heading2"/>
      </w:pPr>
      <w:r>
        <w:t>Wählt die stärksten Informationen aus</w:t>
      </w:r>
    </w:p>
    <w:p>
      <w:r>
        <w:t>Beginnt mit der Antwort auf die wichtigste Gästefrage. Ergänzt danach zwei bis drei Details, die beim Planen helfen, und einen persönlichen Tipp, den ihr weitergeben möchtet. Mehr kann folgen, wenn es für dieses Thema sinnvoll ist.</w:t>
      </w:r>
    </w:p>
    <w:p>
      <w:pPr>
        <w:pStyle w:val="Heading2"/>
      </w:pPr>
      <w:r>
        <w:t>Beispiel einer Wissenssammlung</w:t>
      </w:r>
    </w:p>
    <w:p>
      <w:r>
        <w:t>Thema: Anreise ohne Auto mit Gepäck.</w:t>
        <w:br/>
        <w:t>Gästefrage: „Wie kommen wir vom Bahnhof zu euch?“</w:t>
        <w:br/>
        <w:t>Information aus dem Haus: rund 800 Meter Fußweg, letzter Abschnitt bergauf.</w:t>
        <w:br/>
        <w:t>Praktischer Hinweis: Abholung nach Vereinbarung zwischen 8 und 18 Uhr, Anmeldung spätestens am Vortag.</w:t>
        <w:br/>
        <w:t>Ergänzung für spätere Ankunft: Unterstützung bei der Organisation eines Taxis, Fahrtkosten beim Gast.</w:t>
        <w:br/>
        <w:t>Entscheidung, die dadurch leichter wird: Fußweg oder Abholung wählen und die Ankunft vorbereiten.</w:t>
      </w:r>
    </w:p>
    <w:p>
      <w:r>
        <w:t>Die fertige Sammlung enthält genau die Angaben, aus denen später der Hoteltext entsteht. Die KI bekommt damit eine konkrete Grundlage.</w:t>
      </w:r>
    </w:p>
    <w:p>
      <w:r>
        <w:br w:type="page"/>
      </w:r>
    </w:p>
    <w:p>
      <w:pPr>
        <w:pStyle w:val="Heading1"/>
      </w:pPr>
      <w:r>
        <w:t>Themenblatt für eure Wissenssammlung</w:t>
      </w:r>
    </w:p>
    <w:p>
      <w:r>
        <w:t>Füllt dieses Blatt für ein Thema aus. Stichworte reichen. Für weitere Themen könnt ihr die Seite kopieren.</w:t>
      </w:r>
    </w:p>
    <w:p>
      <w:r>
        <w:t>Thema und Gästegruppe</w:t>
        <w:br/>
        <w:t>________________________________________________________________</w:t>
      </w:r>
    </w:p>
    <w:p>
      <w:r>
        <w:t>Welche Entscheidung soll der Text erleichtern?</w:t>
        <w:br/>
        <w:t>________________________________________________________________</w:t>
      </w:r>
    </w:p>
    <w:p>
      <w:r>
        <w:t>Welche Fragen kommen dazu an Rezeption oder Touristinformation?</w:t>
        <w:br/>
        <w:t>________________________________________________________________</w:t>
        <w:br/>
        <w:t>________________________________________________________________</w:t>
      </w:r>
    </w:p>
    <w:p>
      <w:r>
        <w:t>Was wird per E Mail oder Nachricht gefragt?</w:t>
        <w:br/>
        <w:t>________________________________________________________________</w:t>
        <w:br/>
        <w:t>________________________________________________________________</w:t>
      </w:r>
    </w:p>
    <w:p>
      <w:r>
        <w:t>Was sagen Gäste dazu? Was loben sie oder hätten sie gern vorher gewusst?</w:t>
        <w:br/>
        <w:t>________________________________________________________________</w:t>
        <w:br/>
        <w:t>________________________________________________________________</w:t>
      </w:r>
    </w:p>
    <w:p>
      <w:r>
        <w:t>Welches Wissen haben wir im Team, das für uns selbstverständlich ist?</w:t>
        <w:br/>
        <w:t>________________________________________________________________</w:t>
        <w:br/>
        <w:t>________________________________________________________________</w:t>
      </w:r>
    </w:p>
    <w:p>
      <w:r>
        <w:t>Welchen Insider Tipp möchten wir weitergeben? Wo genau und für wen?</w:t>
        <w:br/>
        <w:t>________________________________________________________________</w:t>
        <w:br/>
        <w:t>________________________________________________________________</w:t>
      </w:r>
    </w:p>
    <w:p>
      <w:r>
        <w:t>Unsere drei hilfreichsten Informationen</w:t>
        <w:br/>
        <w:t>1. ______________________________________________________________</w:t>
        <w:br/>
        <w:t>2. ______________________________________________________________</w:t>
        <w:br/>
        <w:t>3. ______________________________________________________________</w:t>
      </w:r>
    </w:p>
    <w:p>
      <w:r>
        <w:t>Was müssen wir noch klären? Wer bestätigt die Details und wann?</w:t>
        <w:br/>
        <w:t>________________________________________________________________</w:t>
      </w:r>
    </w:p>
    <w:p>
      <w:r>
        <w:t>Wer schreibt oder gibt frei? Wer hält die Angaben aktuell?</w:t>
        <w:br/>
        <w:t>________________________________________________________________</w:t>
      </w:r>
    </w:p>
    <w:p>
      <w:r>
        <w:br w:type="page"/>
      </w:r>
    </w:p>
    <w:p>
      <w:pPr>
        <w:pStyle w:val="Heading1"/>
      </w:pPr>
      <w:r>
        <w:t>Mit der Wissenssammlung den Text schreiben</w:t>
      </w:r>
    </w:p>
    <w:p>
      <w:pPr>
        <w:pStyle w:val="Heading2"/>
      </w:pPr>
      <w:r>
        <w:t>Der Auftrag an die KI</w:t>
      </w:r>
    </w:p>
    <w:p>
      <w:r>
        <w:t>Gib Thema, Gästegruppe, wichtigste Frage und eure ausgewählten Informationen mit. Sag auch, welchen persönlichen Tipp du im Text haben möchtest. Ein konkreter Auftrag könnte lauten:</w:t>
      </w:r>
    </w:p>
    <w:p>
      <w:r>
        <w:t>„Schreibe einen verständlichen Website-Text zum Thema [THEMA] für [GÄSTEGRUPPE]. Beantworte die Gästefrage [FRAGE]. Nutze dafür unsere Wissenssammlung unten und erhalte die konkreten Haus- oder Regionsdetails. Baue den ausgewählten Insider-Tipp so ein, dass Gäste ihn nutzen können. Ergänze keine eigenen Betriebs- oder Wegangaben. Stelle Rückfragen, wenn etwas fehlt. Sprich Gäste mit du an. Liefere außerdem einen Seitentitel und eine Meta Description. Wissenssammlung: [THEMENBLATT EINFÜGEN].“</w:t>
      </w:r>
    </w:p>
    <w:p>
      <w:pPr>
        <w:pStyle w:val="Heading2"/>
      </w:pPr>
      <w:r>
        <w:t>Wenn dir das Sammeln noch schwerfällt</w:t>
      </w:r>
    </w:p>
    <w:p>
      <w:r>
        <w:t>Du kannst die KI als Gesprächspartnerin verwenden. Lass sie dir Fragen stellen und deine Antworten ordnen. Zum Beispiel:</w:t>
      </w:r>
    </w:p>
    <w:p>
      <w:r>
        <w:t>„Hilf mir, mein eigenes Wissen zu [THEMA] zu entdecken. Frage mich nach Gästefragen, Rückmeldungen, praktischen Abläufen und persönlichen Tipps. Wenn ich allgemein antworte, frage nach einem konkreten Beispiel aus unserem Haus oder unserer Region. Schreibe noch keinen Artikel. Erstelle zuerst eine Wissenssammlung aus meinen Antworten und markiere offene Fragen.“</w:t>
      </w:r>
    </w:p>
    <w:p>
      <w:pPr>
        <w:pStyle w:val="Heading2"/>
      </w:pPr>
      <w:r>
        <w:t>Den Entwurf gemeinsam lesen</w:t>
      </w:r>
    </w:p>
    <w:p>
      <w:r>
        <w:t>Ist die wichtigste Gästefrage beantwortet? Sind die ausgewählten Details im Text erhalten geblieben? Ist der Tipp für jemanden nutzbar, der noch nie bei euch war? Stimmen die Angaben und die kurzen Texte für Titel und Vorschau?</w:t>
      </w:r>
    </w:p>
    <w:p>
      <w:r>
        <w:t>Wenn der Entwurf wieder sehr allgemein klingt, prüft zuerst die Wissenssammlung: Ist der Hinweis konkret genug, oder braucht es noch eine Antwort aus dem Team?</w:t>
      </w:r>
    </w:p>
    <w:p>
      <w:pPr>
        <w:pStyle w:val="Heading2"/>
      </w:pPr>
      <w:r>
        <w:t>Ein kleiner Abschluss für die Teamrunde</w:t>
      </w:r>
    </w:p>
    <w:p>
      <w:r>
        <w:t>Jede Person nennt eine Information, die bisher nur im Gespräch weitergegeben wurde und jetzt auf die Website kommt. Das macht sichtbar, wie viel Wissen im Haus oder in der Region bereits vorhanden ist.</w:t>
      </w:r>
    </w:p>
    <w:p>
      <w:r>
        <w:t>Hebt die Wissenssammlung auf und legt fest, wer sie ergänzt und aktuell hält. So könnt ihr sie auch für E-Mail-Antworten, Social-Beiträge und weitere Texte verwenden.</w:t>
      </w:r>
    </w:p>
    <w:p>
      <w:r>
        <w:t>Manuela Machner | KiNET.ai</w:t>
      </w:r>
    </w:p>
    <w:sectPr w:rsidR="00FC693F" w:rsidRPr="0006063C" w:rsidSect="00034616">
      <w:headerReference w:type="default" r:id="rId9"/>
      <w:footerReference w:type="default" r:id="rId10"/>
      <w:pgSz w:w="11906" w:h="16838"/>
      <w:pgMar w:top="1247" w:right="1191" w:bottom="1134" w:left="1191" w:header="34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Manuela Machner  |  www.kinet.ai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56000" cy="420393"/>
          <wp:docPr id="1" name="Picture 1"/>
          <wp:cNvGraphicFramePr>
            <a:graphicFrameLocks noChangeAspect="1"/>
          </wp:cNvGraphicFramePr>
          <a:graphic>
            <a:graphicData uri="http://schemas.openxmlformats.org/drawingml/2006/picture">
              <pic:pic>
                <pic:nvPicPr>
                  <pic:cNvPr id="0" name="kinet-logo.png"/>
                  <pic:cNvPicPr/>
                </pic:nvPicPr>
                <pic:blipFill>
                  <a:blip r:embed="rId1"/>
                  <a:stretch>
                    <a:fillRect/>
                  </a:stretch>
                </pic:blipFill>
                <pic:spPr>
                  <a:xfrm>
                    <a:off x="0" y="0"/>
                    <a:ext cx="756000" cy="42039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60"/>
    </w:pPr>
    <w:rPr>
      <w:rFonts w:ascii="Arial" w:hAnsi="Arial" w:eastAsia="Arial" w:cs="Arial"/>
      <w:color w:val="001769"/>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001769"/>
      <w:sz w:val="3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Arial" w:hAnsi="Arial" w:eastAsia="Arial" w:cs="Arial"/>
      <w:b/>
      <w:bCs/>
      <w:color w:val="00176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eigene Wissen für Website Inhalte sammeln</dc:title>
  <dc:subject/>
  <dc:creator>Manuela Machner | KiNET.ai</dc:creator>
  <cp:keywords/>
  <dc:description>generated by python-docx</dc:description>
  <cp:lastModifiedBy/>
  <cp:revision>1</cp:revision>
  <dcterms:created xsi:type="dcterms:W3CDTF">2013-12-23T23:15:00Z</dcterms:created>
  <dcterms:modified xsi:type="dcterms:W3CDTF">2013-12-23T23:15:00Z</dcterms:modified>
  <cp:category/>
</cp:coreProperties>
</file>